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hd w:val="clear" w:color="auto" w:fill="E6ECF6"/>
        </w:rPr>
        <w:t>[Firma, Anschrift des Auftragnehmers]</w:t>
      </w:r>
    </w:p>
    <w:p>
      <w:r>
        <w:rPr>
          <w:shd w:val="clear" w:color="auto" w:fill="E6ECF6"/>
        </w:rPr>
        <w:t>[Auftraggeber, Anschrift]</w:t>
      </w:r>
    </w:p>
    <w:p>
      <w:pPr>
        <w:jc w:val="right"/>
      </w:pPr>
      <w:r>
        <w:rPr>
          <w:shd w:val="clear" w:color="auto" w:fill="E6ECF6"/>
        </w:rPr>
        <w:t>[Ort, Datum]</w:t>
      </w:r>
    </w:p>
    <w:p>
      <w:r>
        <w:rPr>
          <w:b/>
        </w:rPr>
        <w:t xml:space="preserve">Behinderungsanzeige nach § 6 Abs. 1 VOB/B, Nr. </w:t>
      </w:r>
      <w:r>
        <w:rPr>
          <w:b/>
          <w:shd w:val="clear" w:color="auto" w:fill="E6ECF6"/>
        </w:rPr>
        <w:t>[laufende Nummer]</w:t>
        <w:br/>
      </w:r>
      <w:r>
        <w:rPr/>
        <w:t xml:space="preserve">Bauvorhaben: </w:t>
      </w:r>
      <w:r>
        <w:rPr>
          <w:shd w:val="clear" w:color="auto" w:fill="E6ECF6"/>
        </w:rPr>
        <w:t>[Bezeichnung, Ort]</w:t>
        <w:br/>
      </w:r>
      <w:r>
        <w:rPr/>
        <w:t xml:space="preserve">Vertrag vom </w:t>
      </w:r>
      <w:r>
        <w:rPr>
          <w:shd w:val="clear" w:color="auto" w:fill="E6ECF6"/>
        </w:rPr>
        <w:t>[Datum]</w:t>
      </w:r>
      <w:r>
        <w:rPr/>
        <w:t xml:space="preserve">, Auftragsnummer </w:t>
      </w:r>
      <w:r>
        <w:rPr>
          <w:shd w:val="clear" w:color="auto" w:fill="E6ECF6"/>
        </w:rPr>
        <w:t>[Nummer]</w:t>
      </w:r>
      <w:r>
        <w:rPr/>
        <w:t xml:space="preserve">, Leistung: </w:t>
      </w:r>
      <w:r>
        <w:rPr>
          <w:shd w:val="clear" w:color="auto" w:fill="E6ECF6"/>
        </w:rPr>
        <w:t>[Gewerk]</w:t>
      </w:r>
    </w:p>
    <w:p>
      <w:r>
        <w:rPr/>
        <w:t>Sehr geehrte Damen und Herren,</w:t>
      </w:r>
    </w:p>
    <w:p>
      <w:r>
        <w:rPr/>
        <w:t>hiermit zeigen wir Ihnen an, dass wir in der ordnungsgemäßen Ausführung unserer Leistung behindert sind.</w:t>
      </w:r>
    </w:p>
    <w:p>
      <w:r>
        <w:rPr>
          <w:b/>
        </w:rPr>
        <w:t>1. Hindernder Umstand:</w:t>
      </w:r>
      <w:r>
        <w:rPr/>
        <w:t xml:space="preserve"> </w:t>
      </w:r>
      <w:r>
        <w:rPr>
          <w:shd w:val="clear" w:color="auto" w:fill="E6ECF6"/>
        </w:rPr>
        <w:t>[Was fehlt oder stört? Zum Beispiel: Die freigegebenen Bewehrungspläne für die Decke über dem Erdgeschoss liegen uns nicht vor.]</w:t>
      </w:r>
    </w:p>
    <w:p>
      <w:r>
        <w:rPr>
          <w:b/>
        </w:rPr>
        <w:t>2. Seit wann:</w:t>
      </w:r>
      <w:r>
        <w:rPr/>
        <w:t xml:space="preserve"> </w:t>
      </w:r>
      <w:r>
        <w:rPr>
          <w:shd w:val="clear" w:color="auto" w:fill="E6ECF6"/>
        </w:rPr>
        <w:t>[Datum, bei Bedarf Uhrzeit. Bei absehbarer Behinderung: ab wann.]</w:t>
      </w:r>
    </w:p>
    <w:p>
      <w:r>
        <w:rPr>
          <w:b/>
        </w:rPr>
        <w:t>3. Betroffene Arbeiten:</w:t>
      </w:r>
      <w:r>
        <w:rPr/>
        <w:t xml:space="preserve"> </w:t>
      </w:r>
      <w:r>
        <w:rPr>
          <w:shd w:val="clear" w:color="auto" w:fill="E6ECF6"/>
        </w:rPr>
        <w:t>[Welche Arbeiten können nicht oder nicht wie vorgesehen ausgeführt werden? Bauteil, Leistung, Termin laut Bauablauf.]</w:t>
      </w:r>
    </w:p>
    <w:p>
      <w:r>
        <w:rPr>
          <w:b/>
        </w:rPr>
        <w:t>4. Auswirkungen auf den Bauablauf:</w:t>
      </w:r>
      <w:r>
        <w:rPr/>
        <w:t xml:space="preserve"> </w:t>
      </w:r>
      <w:r>
        <w:rPr>
          <w:shd w:val="clear" w:color="auto" w:fill="E6ECF6"/>
        </w:rPr>
        <w:t>[Was steht, was verschiebt sich? Voraussichtliche Dauer, soweit absehbar.]</w:t>
      </w:r>
    </w:p>
    <w:p>
      <w:r>
        <w:rPr>
          <w:b/>
        </w:rPr>
        <w:t>5. Abhilfe:</w:t>
      </w:r>
      <w:r>
        <w:rPr/>
        <w:t xml:space="preserve"> Wir bitten Sie, den hindernden Umstand unverzüglich zu beseitigen, spätestens bis zum </w:t>
      </w:r>
      <w:r>
        <w:rPr>
          <w:shd w:val="clear" w:color="auto" w:fill="E6ECF6"/>
        </w:rPr>
        <w:t>[Datum]</w:t>
      </w:r>
      <w:r>
        <w:rPr/>
        <w:t>, und uns den Wegfall mitzuteilen.</w:t>
      </w:r>
    </w:p>
    <w:p>
      <w:r>
        <w:rPr/>
        <w:t xml:space="preserve">Wir sind leistungsbereit und bieten Ihnen unsere Leistung ausdrücklich an. Wir halten vor: </w:t>
      </w:r>
      <w:r>
        <w:rPr>
          <w:shd w:val="clear" w:color="auto" w:fill="E6ECF6"/>
        </w:rPr>
        <w:t>[Personal, Gerät]</w:t>
      </w:r>
      <w:r>
        <w:rPr/>
        <w:t>.</w:t>
      </w:r>
    </w:p>
    <w:p>
      <w:r>
        <w:rPr/>
        <w:t>Wir melden die Verlängerung der Ausführungsfristen nach § 6 Abs. 2 und 4 VOB/B an. Ansprüche nach § 6 Abs. 6 VOB/B und § 642 BGB behalten wir uns vor.</w:t>
      </w:r>
    </w:p>
    <w:p>
      <w:r>
        <w:rPr/>
        <w:t>Sobald die Behinderung wegfällt, nehmen wir die Arbeiten wieder auf und benachrichtigen Sie.</w:t>
      </w:r>
    </w:p>
    <w:p>
      <w:r>
        <w:rPr/>
        <w:t>Mit freundlichen Grüßen</w:t>
        <w:br/>
      </w:r>
      <w:r>
        <w:rPr>
          <w:shd w:val="clear" w:color="auto" w:fill="E6ECF6"/>
        </w:rPr>
        <w:t>[Name, Funktion, Unterschrift]</w:t>
      </w:r>
    </w:p>
    <w:p>
      <w:r>
        <w:rPr/>
        <w:t xml:space="preserve">Anlagen: </w:t>
      </w:r>
      <w:r>
        <w:rPr>
          <w:shd w:val="clear" w:color="auto" w:fill="E6ECF6"/>
        </w:rPr>
        <w:t>[Fotos, Auszug Bautagesbericht, Schriftverkehr, Terminplan]</w:t>
        <w:br/>
      </w:r>
      <w:r>
        <w:rPr/>
        <w:t xml:space="preserve">Verteiler: </w:t>
      </w:r>
      <w:r>
        <w:rPr>
          <w:shd w:val="clear" w:color="auto" w:fill="E6ECF6"/>
        </w:rPr>
        <w:t>[Bauleitung oder Architekt zur Kenntnis]</w:t>
        <w:br/>
      </w:r>
      <w:r>
        <w:rPr/>
        <w:t xml:space="preserve">Zugang: </w:t>
      </w:r>
      <w:r>
        <w:rPr>
          <w:shd w:val="clear" w:color="auto" w:fill="E6ECF6"/>
        </w:rPr>
        <w:t>[vorab per E-Mail am …, Original per Einwurf-Einschreiben oder gegen Empfangsbestätigung]</w:t>
        <w:br w:type="page"/>
      </w:r>
    </w:p>
    <w:p>
      <w:r>
        <w:rPr>
          <w:b/>
          <w:color w:val="020028"/>
          <w:sz w:val="28"/>
        </w:rPr>
        <w:t>Ausfüllhinweise</w:t>
      </w:r>
    </w:p>
    <w:p>
      <w:r>
        <w:rPr>
          <w:color w:val="66708A"/>
        </w:rPr>
        <w:t>Diese Seite vor dem Versand löschen.</w:t>
      </w:r>
    </w:p>
    <w:p>
      <w:pPr>
        <w:tabs>
          <w:tab w:pos="454" w:val="left"/>
        </w:tabs>
        <w:spacing w:after="120"/>
        <w:ind w:left="454" w:hanging="454"/>
      </w:pPr>
      <w:r>
        <w:rPr/>
        <w:t>1.</w:t>
        <w:tab/>
      </w:r>
      <w:r>
        <w:rPr/>
        <w:t>Vertrag prüfen: Ist die VOB/B vereinbart? Wer ist der Auftraggeber, an welche Adresse gehen Anzeigen?</w:t>
      </w:r>
    </w:p>
    <w:p>
      <w:pPr>
        <w:tabs>
          <w:tab w:pos="454" w:val="left"/>
        </w:tabs>
        <w:spacing w:after="120"/>
        <w:ind w:left="454" w:hanging="454"/>
      </w:pPr>
      <w:r>
        <w:rPr/>
        <w:t>2.</w:t>
        <w:tab/>
      </w:r>
      <w:r>
        <w:rPr/>
        <w:t>Am selben Tag schreiben, sobald du dich behindert glaubst.</w:t>
      </w:r>
    </w:p>
    <w:p>
      <w:pPr>
        <w:tabs>
          <w:tab w:pos="454" w:val="left"/>
        </w:tabs>
        <w:spacing w:after="120"/>
        <w:ind w:left="454" w:hanging="454"/>
      </w:pPr>
      <w:r>
        <w:rPr/>
        <w:t>3.</w:t>
        <w:tab/>
      </w:r>
      <w:r>
        <w:rPr/>
        <w:t>Die Tatsachen nennen: Umstand, seit wann, betroffene Arbeiten, Folgen.</w:t>
      </w:r>
    </w:p>
    <w:p>
      <w:pPr>
        <w:tabs>
          <w:tab w:pos="454" w:val="left"/>
        </w:tabs>
        <w:spacing w:after="120"/>
        <w:ind w:left="454" w:hanging="454"/>
      </w:pPr>
      <w:r>
        <w:rPr/>
        <w:t>4.</w:t>
        <w:tab/>
      </w:r>
      <w:r>
        <w:rPr/>
        <w:t>Leistung ausdrücklich anbieten, Personal und Gerät nennen.</w:t>
      </w:r>
    </w:p>
    <w:p>
      <w:pPr>
        <w:tabs>
          <w:tab w:pos="454" w:val="left"/>
        </w:tabs>
        <w:spacing w:after="120"/>
        <w:ind w:left="454" w:hanging="454"/>
      </w:pPr>
      <w:r>
        <w:rPr/>
        <w:t>5.</w:t>
        <w:tab/>
      </w:r>
      <w:r>
        <w:rPr/>
        <w:t>Schriftlich an den Auftraggeber, Kopie an die Bauleitung, Zugang belegen.</w:t>
      </w:r>
    </w:p>
    <w:p>
      <w:pPr>
        <w:tabs>
          <w:tab w:pos="454" w:val="left"/>
        </w:tabs>
        <w:spacing w:after="120"/>
        <w:ind w:left="454" w:hanging="454"/>
      </w:pPr>
      <w:r>
        <w:rPr/>
        <w:t>6.</w:t>
        <w:tab/>
      </w:r>
      <w:r>
        <w:rPr/>
        <w:t>Täglich im Bautagesbericht festhalten, was steht und was vorgehalten wird.</w:t>
      </w:r>
    </w:p>
    <w:p>
      <w:pPr>
        <w:tabs>
          <w:tab w:pos="454" w:val="left"/>
        </w:tabs>
        <w:spacing w:after="120"/>
        <w:ind w:left="454" w:hanging="454"/>
      </w:pPr>
      <w:r>
        <w:rPr/>
        <w:t>7.</w:t>
        <w:tab/>
      </w:r>
      <w:r>
        <w:rPr/>
        <w:t>Weiterarbeiten, wo es zumutbar ist.</w:t>
      </w:r>
    </w:p>
    <w:p>
      <w:pPr>
        <w:tabs>
          <w:tab w:pos="454" w:val="left"/>
        </w:tabs>
        <w:spacing w:after="120"/>
        <w:ind w:left="454" w:hanging="454"/>
      </w:pPr>
      <w:r>
        <w:rPr/>
        <w:t>8.</w:t>
        <w:tab/>
      </w:r>
      <w:r>
        <w:rPr/>
        <w:t>Wegfall der Behinderung mitteilen und die Arbeiten wieder aufnehmen.</w:t>
      </w:r>
    </w:p>
    <w:p>
      <w:pPr>
        <w:spacing w:before="280"/>
      </w:pPr>
      <w:r>
        <w:rPr>
          <w:b/>
          <w:color w:val="66708A"/>
          <w:sz w:val="19"/>
        </w:rPr>
        <w:t xml:space="preserve">Keine Rechtsberatung. </w:t>
      </w:r>
      <w:r>
        <w:rPr>
          <w:color w:val="66708A"/>
          <w:sz w:val="19"/>
        </w:rPr>
        <w:t>Dieser Artikel und die Vorlage geben den Stand vom 12. Oktober 2026 wieder und ersetzen keine Rechtsberatung. Verträge weichen oft von der VOB/B ab. Für deinen Einzelfall frag eine Fachanwältin oder einen Fachanwalt für Bau- und Architektenrecht oder deinen Verband.</w:t>
      </w:r>
    </w:p>
    <w:p>
      <w:r>
        <w:rPr>
          <w:color w:val="66708A"/>
          <w:sz w:val="19"/>
        </w:rPr>
        <w:t>Stand 12. Oktober 2026. Erläuterung zur Vorlage: https://digital-vereinfacht.de/wissen/behinderungsanzeige-vorlage/</w:t>
      </w:r>
    </w:p>
    <w:sectPr w:rsidR="00FC693F" w:rsidRPr="0006063C" w:rsidSect="00034616"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276" w:lineRule="auto"/>
    </w:pPr>
    <w:rPr>
      <w:rFonts w:ascii="Arial" w:hAnsi="Arial" w:eastAsia="Arial"/>
      <w:sz w:val="22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Behinderungsanzeige</dc:title>
  <dc:subject/>
  <dc:creator>DV digital vereinfacht GmbH</dc:creator>
  <cp:keywords/>
  <dc:description>generated by python-docx</dc:description>
  <cp:lastModifiedBy>DV digital vereinfacht GmbH</cp:lastModifiedBy>
  <cp:revision>1</cp:revision>
  <dcterms:created xsi:type="dcterms:W3CDTF">2026-10-12T12:00:00Z</dcterms:created>
  <dcterms:modified xsi:type="dcterms:W3CDTF">2026-10-12T12:00:00Z</dcterms:modified>
  <cp:category/>
  <dc:language>de-DE</dc:language>
</cp:coreProperties>
</file>